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10368"/>
      </w:tblGrid>
      <w:tr w:rsidR="00C7021D" w14:paraId="6DDB3F4A" w14:textId="77777777">
        <w:trPr>
          <w:jc w:val="center"/>
        </w:trPr>
        <w:tc>
          <w:tcPr>
            <w:tcW w:w="10368" w:type="dxa"/>
            <w:tcBorders>
              <w:top w:val="nil"/>
              <w:left w:val="nil"/>
              <w:bottom w:val="single" w:sz="8" w:space="0" w:color="BE822D"/>
              <w:right w:val="nil"/>
            </w:tcBorders>
            <w:shd w:val="clear" w:color="auto" w:fill="0D3058"/>
          </w:tcPr>
          <w:p w14:paraId="2A4D2D9A" w14:textId="77777777" w:rsidR="00C7021D" w:rsidRDefault="00815D51">
            <w:pPr>
              <w:spacing w:before="100" w:after="100"/>
              <w:jc w:val="center"/>
            </w:pPr>
            <w:r>
              <w:rPr>
                <w:b/>
                <w:color w:val="FFFFFF"/>
                <w:sz w:val="38"/>
              </w:rPr>
              <w:t>RESPONSIBILITY FOR CITY FEES</w:t>
            </w:r>
          </w:p>
        </w:tc>
      </w:tr>
    </w:tbl>
    <w:p w14:paraId="0F17EBA1" w14:textId="77777777" w:rsidR="00C7021D" w:rsidRDefault="00C7021D">
      <w:pPr>
        <w:spacing w:after="20"/>
      </w:pPr>
    </w:p>
    <w:p w14:paraId="23B728C7" w14:textId="77777777" w:rsidR="00C7021D" w:rsidRDefault="00815D51">
      <w:pPr>
        <w:spacing w:after="160" w:line="269" w:lineRule="auto"/>
      </w:pPr>
      <w:r>
        <w:t>The City of Germantown is committed to supporting economic growth and development within our community. As part of the review and permitting process for potential development projects, the City may incur certain costs related to engineering services and building inspections.</w:t>
      </w:r>
    </w:p>
    <w:p w14:paraId="44A410FE" w14:textId="77777777" w:rsidR="00C7021D" w:rsidRDefault="00815D51">
      <w:pPr>
        <w:spacing w:after="160" w:line="269" w:lineRule="auto"/>
      </w:pPr>
      <w:r>
        <w:rPr>
          <w:b/>
        </w:rPr>
        <w:t>By signing below, the undersigned acknowledges and agrees that the company listed below shall be responsible for payment of all engineering fees and building inspection fees incurred by the City of Germantown in relation to the review, permitting, and inspection of their potential development project.</w:t>
      </w:r>
    </w:p>
    <w:p w14:paraId="652CAAAD" w14:textId="77777777" w:rsidR="00C7021D" w:rsidRDefault="00815D51">
      <w:pPr>
        <w:pStyle w:val="ListBullet"/>
        <w:spacing w:after="80" w:line="259" w:lineRule="auto"/>
        <w:ind w:left="403" w:hanging="173"/>
      </w:pPr>
      <w:r>
        <w:rPr>
          <w:sz w:val="19"/>
        </w:rPr>
        <w:t>These fees may include, but are not limited to, plan review by City engineers, third-party engineering consulting, site inspections, building inspections, and any other related professional services.</w:t>
      </w:r>
    </w:p>
    <w:p w14:paraId="7D9C96D8" w14:textId="77777777" w:rsidR="00C7021D" w:rsidRDefault="00815D51">
      <w:pPr>
        <w:pStyle w:val="ListBullet"/>
        <w:spacing w:after="80" w:line="259" w:lineRule="auto"/>
        <w:ind w:left="403" w:hanging="173"/>
      </w:pPr>
      <w:r>
        <w:rPr>
          <w:sz w:val="19"/>
        </w:rPr>
        <w:t>All fees will be billed to the company and are due and payable in accordance with the City’s standard billing terms.</w:t>
      </w:r>
    </w:p>
    <w:p w14:paraId="7B53E12A" w14:textId="77777777" w:rsidR="00C7021D" w:rsidRDefault="00815D51">
      <w:pPr>
        <w:pStyle w:val="ListBullet"/>
        <w:spacing w:after="80" w:line="259" w:lineRule="auto"/>
        <w:ind w:left="403" w:hanging="173"/>
      </w:pPr>
      <w:r>
        <w:rPr>
          <w:sz w:val="19"/>
        </w:rPr>
        <w:t>Payment of these fees is a condition of continued review and processing of the project.</w:t>
      </w:r>
    </w:p>
    <w:p w14:paraId="5BF1FC78" w14:textId="77777777" w:rsidR="00C7021D" w:rsidRDefault="00815D51">
      <w:pPr>
        <w:pStyle w:val="ListBullet"/>
        <w:spacing w:after="80" w:line="259" w:lineRule="auto"/>
        <w:ind w:left="403" w:hanging="173"/>
      </w:pPr>
      <w:r>
        <w:rPr>
          <w:sz w:val="19"/>
        </w:rPr>
        <w:t>The City of Germantown may withhold permits, approvals, or certificates of occupancy until all outstanding fees are paid in full.</w:t>
      </w:r>
    </w:p>
    <w:p w14:paraId="6D6F7D4E" w14:textId="77777777" w:rsidR="00C7021D" w:rsidRDefault="00C7021D">
      <w:pPr>
        <w:spacing w:after="20"/>
      </w:pPr>
    </w:p>
    <w:tbl>
      <w:tblPr>
        <w:tblW w:w="0" w:type="auto"/>
        <w:jc w:val="center"/>
        <w:tblLayout w:type="fixed"/>
        <w:tblLook w:val="04A0" w:firstRow="1" w:lastRow="0" w:firstColumn="1" w:lastColumn="0" w:noHBand="0" w:noVBand="1"/>
      </w:tblPr>
      <w:tblGrid>
        <w:gridCol w:w="2477"/>
        <w:gridCol w:w="7848"/>
      </w:tblGrid>
      <w:tr w:rsidR="00C7021D" w14:paraId="4AE025F0" w14:textId="77777777">
        <w:trPr>
          <w:jc w:val="center"/>
        </w:trPr>
        <w:tc>
          <w:tcPr>
            <w:tcW w:w="2477" w:type="dxa"/>
            <w:tcBorders>
              <w:top w:val="nil"/>
              <w:left w:val="nil"/>
              <w:bottom w:val="nil"/>
              <w:right w:val="nil"/>
            </w:tcBorders>
            <w:vAlign w:val="center"/>
          </w:tcPr>
          <w:p w14:paraId="692700E2" w14:textId="77777777" w:rsidR="00C7021D" w:rsidRDefault="00815D51">
            <w:pPr>
              <w:spacing w:after="40"/>
            </w:pPr>
            <w:r>
              <w:rPr>
                <w:sz w:val="20"/>
              </w:rPr>
              <w:t>Company Name:</w:t>
            </w:r>
          </w:p>
        </w:tc>
        <w:tc>
          <w:tcPr>
            <w:tcW w:w="7848" w:type="dxa"/>
            <w:tcBorders>
              <w:top w:val="nil"/>
              <w:left w:val="nil"/>
              <w:bottom w:val="nil"/>
              <w:right w:val="nil"/>
            </w:tcBorders>
            <w:vAlign w:val="center"/>
          </w:tcPr>
          <w:p w14:paraId="1859DF81" w14:textId="77777777" w:rsidR="00C7021D" w:rsidRDefault="00815D51">
            <w:pPr>
              <w:pBdr>
                <w:bottom w:val="single" w:sz="5" w:space="1" w:color="777777"/>
              </w:pBdr>
              <w:spacing w:after="40"/>
            </w:pPr>
            <w:r>
              <w:rPr>
                <w:sz w:val="20"/>
              </w:rPr>
              <w:t xml:space="preserve"> </w:t>
            </w:r>
          </w:p>
        </w:tc>
      </w:tr>
      <w:tr w:rsidR="00C7021D" w14:paraId="54F1A448" w14:textId="77777777">
        <w:trPr>
          <w:jc w:val="center"/>
        </w:trPr>
        <w:tc>
          <w:tcPr>
            <w:tcW w:w="2477" w:type="dxa"/>
            <w:tcBorders>
              <w:top w:val="nil"/>
              <w:left w:val="nil"/>
              <w:bottom w:val="nil"/>
              <w:right w:val="nil"/>
            </w:tcBorders>
            <w:vAlign w:val="center"/>
          </w:tcPr>
          <w:p w14:paraId="141C4C5F" w14:textId="77777777" w:rsidR="00C7021D" w:rsidRDefault="00815D51">
            <w:pPr>
              <w:spacing w:after="40"/>
            </w:pPr>
            <w:r>
              <w:rPr>
                <w:sz w:val="20"/>
              </w:rPr>
              <w:t>Project Name (if applicable):</w:t>
            </w:r>
          </w:p>
        </w:tc>
        <w:tc>
          <w:tcPr>
            <w:tcW w:w="7848" w:type="dxa"/>
            <w:tcBorders>
              <w:top w:val="nil"/>
              <w:left w:val="nil"/>
              <w:bottom w:val="nil"/>
              <w:right w:val="nil"/>
            </w:tcBorders>
            <w:vAlign w:val="center"/>
          </w:tcPr>
          <w:p w14:paraId="1CAA865F" w14:textId="77777777" w:rsidR="00C7021D" w:rsidRDefault="00815D51">
            <w:pPr>
              <w:pBdr>
                <w:bottom w:val="single" w:sz="5" w:space="1" w:color="777777"/>
              </w:pBdr>
              <w:spacing w:after="40"/>
            </w:pPr>
            <w:r>
              <w:rPr>
                <w:sz w:val="20"/>
              </w:rPr>
              <w:t xml:space="preserve"> </w:t>
            </w:r>
          </w:p>
        </w:tc>
      </w:tr>
      <w:tr w:rsidR="00C7021D" w14:paraId="6AE44A92" w14:textId="77777777">
        <w:trPr>
          <w:jc w:val="center"/>
        </w:trPr>
        <w:tc>
          <w:tcPr>
            <w:tcW w:w="2477" w:type="dxa"/>
            <w:tcBorders>
              <w:top w:val="nil"/>
              <w:left w:val="nil"/>
              <w:bottom w:val="nil"/>
              <w:right w:val="nil"/>
            </w:tcBorders>
            <w:vAlign w:val="center"/>
          </w:tcPr>
          <w:p w14:paraId="553839B8" w14:textId="77777777" w:rsidR="00C7021D" w:rsidRDefault="00815D51">
            <w:pPr>
              <w:spacing w:after="40"/>
            </w:pPr>
            <w:r>
              <w:rPr>
                <w:sz w:val="20"/>
              </w:rPr>
              <w:t>Project Location:</w:t>
            </w:r>
          </w:p>
        </w:tc>
        <w:tc>
          <w:tcPr>
            <w:tcW w:w="7848" w:type="dxa"/>
            <w:tcBorders>
              <w:top w:val="nil"/>
              <w:left w:val="nil"/>
              <w:bottom w:val="nil"/>
              <w:right w:val="nil"/>
            </w:tcBorders>
            <w:vAlign w:val="center"/>
          </w:tcPr>
          <w:p w14:paraId="690B2055" w14:textId="77777777" w:rsidR="00C7021D" w:rsidRDefault="00815D51">
            <w:pPr>
              <w:pBdr>
                <w:bottom w:val="single" w:sz="5" w:space="1" w:color="777777"/>
              </w:pBdr>
              <w:spacing w:after="40"/>
            </w:pPr>
            <w:r>
              <w:rPr>
                <w:sz w:val="20"/>
              </w:rPr>
              <w:t xml:space="preserve"> </w:t>
            </w:r>
          </w:p>
        </w:tc>
      </w:tr>
      <w:tr w:rsidR="00C7021D" w14:paraId="5B0BF2CC" w14:textId="77777777">
        <w:trPr>
          <w:jc w:val="center"/>
        </w:trPr>
        <w:tc>
          <w:tcPr>
            <w:tcW w:w="2477" w:type="dxa"/>
            <w:tcBorders>
              <w:top w:val="nil"/>
              <w:left w:val="nil"/>
              <w:bottom w:val="nil"/>
              <w:right w:val="nil"/>
            </w:tcBorders>
            <w:vAlign w:val="center"/>
          </w:tcPr>
          <w:p w14:paraId="530DC03E" w14:textId="77777777" w:rsidR="00C7021D" w:rsidRDefault="00815D51">
            <w:pPr>
              <w:spacing w:after="40"/>
            </w:pPr>
            <w:r>
              <w:rPr>
                <w:sz w:val="20"/>
              </w:rPr>
              <w:t>Contact Name:</w:t>
            </w:r>
          </w:p>
        </w:tc>
        <w:tc>
          <w:tcPr>
            <w:tcW w:w="7848" w:type="dxa"/>
            <w:tcBorders>
              <w:top w:val="nil"/>
              <w:left w:val="nil"/>
              <w:bottom w:val="nil"/>
              <w:right w:val="nil"/>
            </w:tcBorders>
            <w:vAlign w:val="center"/>
          </w:tcPr>
          <w:p w14:paraId="5194F871" w14:textId="77777777" w:rsidR="00C7021D" w:rsidRDefault="00815D51">
            <w:pPr>
              <w:pBdr>
                <w:bottom w:val="single" w:sz="5" w:space="1" w:color="777777"/>
              </w:pBdr>
              <w:spacing w:after="40"/>
            </w:pPr>
            <w:r>
              <w:rPr>
                <w:sz w:val="20"/>
              </w:rPr>
              <w:t xml:space="preserve"> </w:t>
            </w:r>
          </w:p>
        </w:tc>
      </w:tr>
      <w:tr w:rsidR="00C7021D" w14:paraId="0545A085" w14:textId="77777777">
        <w:trPr>
          <w:jc w:val="center"/>
        </w:trPr>
        <w:tc>
          <w:tcPr>
            <w:tcW w:w="2477" w:type="dxa"/>
            <w:tcBorders>
              <w:top w:val="nil"/>
              <w:left w:val="nil"/>
              <w:bottom w:val="nil"/>
              <w:right w:val="nil"/>
            </w:tcBorders>
            <w:vAlign w:val="center"/>
          </w:tcPr>
          <w:p w14:paraId="746E5D97" w14:textId="77777777" w:rsidR="00C7021D" w:rsidRDefault="00815D51">
            <w:pPr>
              <w:spacing w:after="40"/>
            </w:pPr>
            <w:r>
              <w:rPr>
                <w:sz w:val="20"/>
              </w:rPr>
              <w:t>Title:</w:t>
            </w:r>
          </w:p>
        </w:tc>
        <w:tc>
          <w:tcPr>
            <w:tcW w:w="7848" w:type="dxa"/>
            <w:tcBorders>
              <w:top w:val="nil"/>
              <w:left w:val="nil"/>
              <w:bottom w:val="nil"/>
              <w:right w:val="nil"/>
            </w:tcBorders>
            <w:vAlign w:val="center"/>
          </w:tcPr>
          <w:p w14:paraId="49094FC2" w14:textId="77777777" w:rsidR="00C7021D" w:rsidRDefault="00815D51">
            <w:pPr>
              <w:pBdr>
                <w:bottom w:val="single" w:sz="5" w:space="1" w:color="777777"/>
              </w:pBdr>
              <w:spacing w:after="40"/>
            </w:pPr>
            <w:r>
              <w:rPr>
                <w:sz w:val="20"/>
              </w:rPr>
              <w:t xml:space="preserve"> </w:t>
            </w:r>
          </w:p>
        </w:tc>
      </w:tr>
      <w:tr w:rsidR="00C7021D" w14:paraId="2588A36E" w14:textId="77777777">
        <w:trPr>
          <w:jc w:val="center"/>
        </w:trPr>
        <w:tc>
          <w:tcPr>
            <w:tcW w:w="2477" w:type="dxa"/>
            <w:tcBorders>
              <w:top w:val="nil"/>
              <w:left w:val="nil"/>
              <w:bottom w:val="nil"/>
              <w:right w:val="nil"/>
            </w:tcBorders>
          </w:tcPr>
          <w:p w14:paraId="5B2BB607" w14:textId="77777777" w:rsidR="00C7021D" w:rsidRDefault="00815D51">
            <w:pPr>
              <w:pBdr>
                <w:bottom w:val="single" w:sz="5" w:space="1" w:color="777777"/>
              </w:pBdr>
            </w:pPr>
            <w:r>
              <w:rPr>
                <w:sz w:val="20"/>
              </w:rPr>
              <w:t xml:space="preserve">Phone: </w:t>
            </w:r>
            <w:r>
              <w:t xml:space="preserve">                  </w:t>
            </w:r>
          </w:p>
        </w:tc>
        <w:tc>
          <w:tcPr>
            <w:tcW w:w="7848" w:type="dxa"/>
            <w:tcBorders>
              <w:top w:val="nil"/>
              <w:left w:val="nil"/>
              <w:bottom w:val="nil"/>
              <w:right w:val="nil"/>
            </w:tcBorders>
          </w:tcPr>
          <w:p w14:paraId="36F30EB9" w14:textId="77777777" w:rsidR="00C7021D" w:rsidRDefault="00815D51">
            <w:pPr>
              <w:pBdr>
                <w:bottom w:val="single" w:sz="5" w:space="1" w:color="777777"/>
              </w:pBdr>
            </w:pPr>
            <w:r>
              <w:rPr>
                <w:sz w:val="20"/>
              </w:rPr>
              <w:t xml:space="preserve">Email: </w:t>
            </w:r>
            <w:r>
              <w:t xml:space="preserve">                                               </w:t>
            </w:r>
          </w:p>
        </w:tc>
      </w:tr>
    </w:tbl>
    <w:p w14:paraId="05F26CBC" w14:textId="77777777" w:rsidR="00C7021D" w:rsidRDefault="00C7021D">
      <w:pPr>
        <w:spacing w:after="40"/>
      </w:pPr>
    </w:p>
    <w:p w14:paraId="40421D7F" w14:textId="77777777" w:rsidR="00C7021D" w:rsidRDefault="00815D51">
      <w:pPr>
        <w:spacing w:after="100"/>
      </w:pPr>
      <w:r>
        <w:rPr>
          <w:sz w:val="19"/>
        </w:rPr>
        <w:t>I, the undersigned, am an authorized representative of the company listed above and have the authority to bind the company to this agreement.</w:t>
      </w:r>
    </w:p>
    <w:tbl>
      <w:tblPr>
        <w:tblW w:w="0" w:type="auto"/>
        <w:jc w:val="center"/>
        <w:tblLayout w:type="fixed"/>
        <w:tblLook w:val="04A0" w:firstRow="1" w:lastRow="0" w:firstColumn="1" w:lastColumn="0" w:noHBand="0" w:noVBand="1"/>
      </w:tblPr>
      <w:tblGrid>
        <w:gridCol w:w="5184"/>
        <w:gridCol w:w="5184"/>
      </w:tblGrid>
      <w:tr w:rsidR="00C7021D" w14:paraId="3537AB22" w14:textId="77777777">
        <w:trPr>
          <w:jc w:val="center"/>
        </w:trPr>
        <w:tc>
          <w:tcPr>
            <w:tcW w:w="5184" w:type="dxa"/>
            <w:tcBorders>
              <w:top w:val="nil"/>
              <w:left w:val="nil"/>
              <w:bottom w:val="nil"/>
              <w:right w:val="nil"/>
            </w:tcBorders>
            <w:vAlign w:val="center"/>
          </w:tcPr>
          <w:p w14:paraId="437269A1" w14:textId="77777777" w:rsidR="00C7021D" w:rsidRDefault="00815D51">
            <w:pPr>
              <w:pBdr>
                <w:bottom w:val="single" w:sz="5" w:space="1" w:color="777777"/>
              </w:pBdr>
            </w:pPr>
            <w:r>
              <w:rPr>
                <w:sz w:val="20"/>
              </w:rPr>
              <w:t xml:space="preserve">Signature: </w:t>
            </w:r>
            <w:r>
              <w:t xml:space="preserve">                                        </w:t>
            </w:r>
          </w:p>
        </w:tc>
        <w:tc>
          <w:tcPr>
            <w:tcW w:w="5184" w:type="dxa"/>
            <w:tcBorders>
              <w:top w:val="nil"/>
              <w:left w:val="nil"/>
              <w:bottom w:val="nil"/>
              <w:right w:val="nil"/>
            </w:tcBorders>
            <w:vAlign w:val="center"/>
          </w:tcPr>
          <w:p w14:paraId="174B0CD3" w14:textId="77777777" w:rsidR="00C7021D" w:rsidRDefault="00815D51">
            <w:pPr>
              <w:pBdr>
                <w:bottom w:val="single" w:sz="5" w:space="1" w:color="777777"/>
              </w:pBdr>
            </w:pPr>
            <w:r>
              <w:rPr>
                <w:sz w:val="20"/>
              </w:rPr>
              <w:t xml:space="preserve">Date: </w:t>
            </w:r>
            <w:r>
              <w:t xml:space="preserve">                    </w:t>
            </w:r>
          </w:p>
        </w:tc>
      </w:tr>
      <w:tr w:rsidR="00C7021D" w14:paraId="0EB91629" w14:textId="77777777">
        <w:trPr>
          <w:jc w:val="center"/>
        </w:trPr>
        <w:tc>
          <w:tcPr>
            <w:tcW w:w="10368" w:type="dxa"/>
            <w:gridSpan w:val="2"/>
            <w:tcBorders>
              <w:top w:val="nil"/>
              <w:left w:val="nil"/>
              <w:bottom w:val="nil"/>
              <w:right w:val="nil"/>
            </w:tcBorders>
            <w:vAlign w:val="center"/>
          </w:tcPr>
          <w:p w14:paraId="33ACFED6" w14:textId="77777777" w:rsidR="00C7021D" w:rsidRDefault="00815D51">
            <w:pPr>
              <w:pBdr>
                <w:bottom w:val="single" w:sz="5" w:space="1" w:color="777777"/>
              </w:pBdr>
            </w:pPr>
            <w:r>
              <w:rPr>
                <w:sz w:val="20"/>
              </w:rPr>
              <w:t xml:space="preserve">Printed Name: </w:t>
            </w:r>
            <w:r>
              <w:t xml:space="preserve">                                                                 </w:t>
            </w:r>
          </w:p>
        </w:tc>
      </w:tr>
      <w:tr w:rsidR="00C7021D" w14:paraId="5D5717E1" w14:textId="77777777">
        <w:trPr>
          <w:jc w:val="center"/>
        </w:trPr>
        <w:tc>
          <w:tcPr>
            <w:tcW w:w="10368" w:type="dxa"/>
            <w:gridSpan w:val="2"/>
            <w:tcBorders>
              <w:top w:val="nil"/>
              <w:left w:val="nil"/>
              <w:bottom w:val="nil"/>
              <w:right w:val="nil"/>
            </w:tcBorders>
            <w:vAlign w:val="center"/>
          </w:tcPr>
          <w:p w14:paraId="6D93E222" w14:textId="77777777" w:rsidR="00C7021D" w:rsidRDefault="00815D51">
            <w:pPr>
              <w:pBdr>
                <w:bottom w:val="single" w:sz="5" w:space="1" w:color="777777"/>
              </w:pBdr>
            </w:pPr>
            <w:r>
              <w:rPr>
                <w:sz w:val="20"/>
              </w:rPr>
              <w:t xml:space="preserve">Title: </w:t>
            </w:r>
            <w:r>
              <w:t xml:space="preserve">                                                                 </w:t>
            </w:r>
          </w:p>
        </w:tc>
      </w:tr>
    </w:tbl>
    <w:p w14:paraId="713BF15F" w14:textId="77777777" w:rsidR="001B64A2" w:rsidRDefault="001B64A2"/>
    <w:sectPr w:rsidR="001B64A2" w:rsidSect="00034616">
      <w:headerReference w:type="default" r:id="rId8"/>
      <w:footerReference w:type="default" r:id="rId9"/>
      <w:pgSz w:w="12240" w:h="15840"/>
      <w:pgMar w:top="792" w:right="936" w:bottom="648"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7C91D" w14:textId="77777777" w:rsidR="00815D51" w:rsidRDefault="00815D51">
      <w:pPr>
        <w:spacing w:after="0" w:line="240" w:lineRule="auto"/>
      </w:pPr>
      <w:r>
        <w:separator/>
      </w:r>
    </w:p>
  </w:endnote>
  <w:endnote w:type="continuationSeparator" w:id="0">
    <w:p w14:paraId="3E59A06F" w14:textId="77777777" w:rsidR="00815D51" w:rsidRDefault="00815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F8336" w14:textId="77777777" w:rsidR="00C7021D" w:rsidRDefault="00815D51">
    <w:pPr>
      <w:pStyle w:val="Footer"/>
      <w:spacing w:before="40"/>
      <w:jc w:val="center"/>
    </w:pPr>
    <w:r>
      <w:rPr>
        <w:color w:val="BE822D"/>
        <w:sz w:val="22"/>
      </w:rPr>
      <w:t>★</w:t>
    </w:r>
  </w:p>
  <w:p w14:paraId="4A1973DA" w14:textId="3714164C" w:rsidR="00C7021D" w:rsidRDefault="00815D51">
    <w:pPr>
      <w:spacing w:after="0"/>
      <w:jc w:val="center"/>
    </w:pPr>
    <w:r>
      <w:rPr>
        <w:b/>
        <w:color w:val="0D3058"/>
        <w:sz w:val="19"/>
      </w:rPr>
      <w:t>Thank you for your investment in the City of Germantown</w:t>
    </w:r>
    <w:r w:rsidR="007634BB">
      <w:rPr>
        <w:b/>
        <w:color w:val="0D3058"/>
        <w:sz w:val="19"/>
      </w:rPr>
      <w:t>!</w:t>
    </w:r>
  </w:p>
  <w:p w14:paraId="4D7E45BD" w14:textId="77777777" w:rsidR="00C7021D" w:rsidRDefault="00815D51">
    <w:pPr>
      <w:spacing w:after="0"/>
      <w:jc w:val="center"/>
    </w:pPr>
    <w:r>
      <w:rPr>
        <w:i/>
        <w:sz w:val="18"/>
      </w:rPr>
      <w:t>Questions? Please contact the Economic Development Office at 937-855-7255.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2382F" w14:textId="77777777" w:rsidR="00815D51" w:rsidRDefault="00815D51">
      <w:pPr>
        <w:spacing w:after="0" w:line="240" w:lineRule="auto"/>
      </w:pPr>
      <w:r>
        <w:separator/>
      </w:r>
    </w:p>
  </w:footnote>
  <w:footnote w:type="continuationSeparator" w:id="0">
    <w:p w14:paraId="5F897AD6" w14:textId="77777777" w:rsidR="00815D51" w:rsidRDefault="00815D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2BE3A" w14:textId="77777777" w:rsidR="00C7021D" w:rsidRDefault="00C7021D">
    <w:pPr>
      <w:pStyle w:val="Header"/>
    </w:pPr>
  </w:p>
  <w:tbl>
    <w:tblPr>
      <w:tblW w:w="0" w:type="auto"/>
      <w:jc w:val="center"/>
      <w:tblLayout w:type="fixed"/>
      <w:tblLook w:val="04A0" w:firstRow="1" w:lastRow="0" w:firstColumn="1" w:lastColumn="0" w:noHBand="0" w:noVBand="1"/>
    </w:tblPr>
    <w:tblGrid>
      <w:gridCol w:w="4824"/>
      <w:gridCol w:w="5544"/>
    </w:tblGrid>
    <w:tr w:rsidR="00C7021D" w14:paraId="2C420D85" w14:textId="77777777">
      <w:trPr>
        <w:jc w:val="center"/>
      </w:trPr>
      <w:tc>
        <w:tcPr>
          <w:tcW w:w="4824" w:type="dxa"/>
          <w:tcBorders>
            <w:top w:val="nil"/>
            <w:left w:val="nil"/>
            <w:bottom w:val="nil"/>
            <w:right w:val="nil"/>
          </w:tcBorders>
          <w:vAlign w:val="center"/>
        </w:tcPr>
        <w:p w14:paraId="22B897F4" w14:textId="77777777" w:rsidR="00C7021D" w:rsidRDefault="00815D51">
          <w:r>
            <w:rPr>
              <w:noProof/>
            </w:rPr>
            <w:drawing>
              <wp:inline distT="0" distB="0" distL="0" distR="0" wp14:anchorId="076C6EC0" wp14:editId="65E1646F">
                <wp:extent cx="2148840" cy="15205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rmantown_logo_clean.jpg"/>
                        <pic:cNvPicPr/>
                      </pic:nvPicPr>
                      <pic:blipFill>
                        <a:blip r:embed="rId1"/>
                        <a:stretch>
                          <a:fillRect/>
                        </a:stretch>
                      </pic:blipFill>
                      <pic:spPr>
                        <a:xfrm>
                          <a:off x="0" y="0"/>
                          <a:ext cx="2148840" cy="1520594"/>
                        </a:xfrm>
                        <a:prstGeom prst="rect">
                          <a:avLst/>
                        </a:prstGeom>
                      </pic:spPr>
                    </pic:pic>
                  </a:graphicData>
                </a:graphic>
              </wp:inline>
            </w:drawing>
          </w:r>
        </w:p>
      </w:tc>
      <w:tc>
        <w:tcPr>
          <w:tcW w:w="5544" w:type="dxa"/>
          <w:tcBorders>
            <w:top w:val="nil"/>
            <w:left w:val="nil"/>
            <w:bottom w:val="nil"/>
            <w:right w:val="nil"/>
          </w:tcBorders>
          <w:vAlign w:val="center"/>
        </w:tcPr>
        <w:p w14:paraId="1EAA4029" w14:textId="77777777" w:rsidR="00C7021D" w:rsidRDefault="00815D51">
          <w:pPr>
            <w:jc w:val="right"/>
          </w:pPr>
          <w:r>
            <w:rPr>
              <w:b/>
              <w:color w:val="0D3058"/>
              <w:sz w:val="32"/>
            </w:rPr>
            <w:t>CITY OF GERMANTOWN</w:t>
          </w:r>
          <w:r>
            <w:rPr>
              <w:b/>
              <w:color w:val="0D3058"/>
              <w:sz w:val="32"/>
            </w:rPr>
            <w:br/>
          </w:r>
          <w:r>
            <w:rPr>
              <w:b/>
              <w:color w:val="0D3058"/>
              <w:sz w:val="25"/>
            </w:rPr>
            <w:t>ECONOMIC DEVELOPMENT</w:t>
          </w:r>
        </w:p>
        <w:p w14:paraId="046C3A8B" w14:textId="77777777" w:rsidR="00C7021D" w:rsidRDefault="00815D51">
          <w:pPr>
            <w:spacing w:after="0"/>
            <w:jc w:val="right"/>
          </w:pPr>
          <w:r>
            <w:rPr>
              <w:color w:val="232323"/>
              <w:sz w:val="19"/>
            </w:rPr>
            <w:t>One North Plum Street</w:t>
          </w:r>
        </w:p>
        <w:p w14:paraId="470E8B36" w14:textId="77777777" w:rsidR="00C7021D" w:rsidRDefault="00815D51">
          <w:pPr>
            <w:spacing w:after="0"/>
            <w:jc w:val="right"/>
          </w:pPr>
          <w:r>
            <w:rPr>
              <w:color w:val="232323"/>
              <w:sz w:val="19"/>
            </w:rPr>
            <w:t>Germantown, Ohio 45327</w:t>
          </w:r>
        </w:p>
        <w:p w14:paraId="13FF709C" w14:textId="77777777" w:rsidR="00C7021D" w:rsidRDefault="00815D51">
          <w:pPr>
            <w:spacing w:after="0"/>
            <w:jc w:val="right"/>
          </w:pPr>
          <w:r>
            <w:rPr>
              <w:color w:val="232323"/>
              <w:sz w:val="19"/>
            </w:rPr>
            <w:t>937-855-7255</w:t>
          </w:r>
        </w:p>
        <w:p w14:paraId="498FC9EB" w14:textId="77777777" w:rsidR="00C7021D" w:rsidRDefault="00815D51">
          <w:pPr>
            <w:spacing w:after="0"/>
            <w:jc w:val="right"/>
          </w:pPr>
          <w:r>
            <w:rPr>
              <w:color w:val="232323"/>
              <w:sz w:val="19"/>
            </w:rPr>
            <w:t>www.germantown.oh.us</w:t>
          </w:r>
        </w:p>
      </w:tc>
    </w:tr>
  </w:tbl>
  <w:p w14:paraId="7D0D764A" w14:textId="77777777" w:rsidR="00C7021D" w:rsidRDefault="00C7021D">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16468978">
    <w:abstractNumId w:val="8"/>
  </w:num>
  <w:num w:numId="2" w16cid:durableId="1163664721">
    <w:abstractNumId w:val="6"/>
  </w:num>
  <w:num w:numId="3" w16cid:durableId="488710726">
    <w:abstractNumId w:val="5"/>
  </w:num>
  <w:num w:numId="4" w16cid:durableId="1015500141">
    <w:abstractNumId w:val="4"/>
  </w:num>
  <w:num w:numId="5" w16cid:durableId="137957664">
    <w:abstractNumId w:val="7"/>
  </w:num>
  <w:num w:numId="6" w16cid:durableId="523788448">
    <w:abstractNumId w:val="3"/>
  </w:num>
  <w:num w:numId="7" w16cid:durableId="1103496296">
    <w:abstractNumId w:val="2"/>
  </w:num>
  <w:num w:numId="8" w16cid:durableId="1147239443">
    <w:abstractNumId w:val="1"/>
  </w:num>
  <w:num w:numId="9" w16cid:durableId="1444686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286"/>
    <w:rsid w:val="00034616"/>
    <w:rsid w:val="0006063C"/>
    <w:rsid w:val="0015074B"/>
    <w:rsid w:val="001B64A2"/>
    <w:rsid w:val="0029639D"/>
    <w:rsid w:val="00326F90"/>
    <w:rsid w:val="005171C9"/>
    <w:rsid w:val="007634BB"/>
    <w:rsid w:val="00815D51"/>
    <w:rsid w:val="00AA1D8D"/>
    <w:rsid w:val="00B47730"/>
    <w:rsid w:val="00B567EB"/>
    <w:rsid w:val="00C7021D"/>
    <w:rsid w:val="00CB0664"/>
    <w:rsid w:val="00CC18B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9D2328"/>
  <w14:defaultImageDpi w14:val="300"/>
  <w15:docId w15:val="{5C97A6FF-2AA6-4355-9136-227D4F09D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Responsibility for City Fees</vt:lpstr>
    </vt:vector>
  </TitlesOfParts>
  <Manager/>
  <Company/>
  <LinksUpToDate>false</LinksUpToDate>
  <CharactersWithSpaces>1702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Responsibility for City Fees</dc:title>
  <dc:subject>City of Germantown Economic Development</dc:subject>
  <dc:creator>City of Germantown</dc:creator>
  <cp:keywords/>
  <dc:description>generated by python-docx</dc:description>
  <cp:lastModifiedBy>Judy Gilleland</cp:lastModifiedBy>
  <cp:revision>2</cp:revision>
  <dcterms:created xsi:type="dcterms:W3CDTF">2026-08-12T17:08:00Z</dcterms:created>
  <dcterms:modified xsi:type="dcterms:W3CDTF">2026-08-12T17:08:00Z</dcterms:modified>
  <cp:category/>
</cp:coreProperties>
</file>